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06 30天AI主帅训练计划填写范例</w:t>
      </w:r>
    </w:p>
    <w:p>
      <w:r>
        <w:t>教学示例  非真实读者完成记录  用时不代表必须完成</w:t>
      </w:r>
    </w:p>
    <w:p>
      <w:r>
        <w:t>任务：把本人已有的会议笔记整理为内部行动清单。材料中的负责人和日期仍有空缺，不自行补写。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记录项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DF0"/>
          </w:tcPr>
          <w:p>
            <w:pPr>
              <w:spacing w:after="100" w:before="100"/>
            </w:pPr>
            <w:r>
              <w:rPr>
                <w:sz w:val="18"/>
              </w:rPr>
              <w:t>第1天填写示例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预计／实际用时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建议10分钟；本示例设定实际12分钟。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本日任务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写清目标、对象、背景、约束、验收。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交付物位置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示例文件：会议行动清单_任务说明_V0.1.docx。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检查结果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五要素已写明；两处负责人待确认，禁止AI推定。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完成状态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部分完成。尚未取得缺项确认，不写成完整交付。</w:t>
            </w:r>
          </w:p>
        </w:tc>
      </w:tr>
      <w:tr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复盘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sz w:val="18"/>
              </w:rPr>
              <w:t>我需要判断哪些内容有依据；下一步先核对负责人。</w:t>
            </w:r>
          </w:p>
        </w:tc>
      </w:tr>
    </w:tbl>
    <w:p>
      <w:pPr>
        <w:pStyle w:val="Heading2"/>
      </w:pPr>
      <w:r>
        <w:t>第13天的检查记录示例</w:t>
      </w:r>
    </w:p>
    <w:p>
      <w:r>
        <w:t>检查范围：会议行动清单V0.2的事实与责任字段。发现1项问题：把未定日期写成确定期限。依据：原笔记仅写“另行确认”。处理：改回待确认。其余已检查字段未发现问题，不为凑数量编造缺陷。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我的任务名称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今天留下的成果或缺项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我的实际判断与下一步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06 30天训练 第1至5天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第1天 选一个真实小任务  约10分钟</w:t>
      </w:r>
    </w:p>
    <w:p>
      <w:r>
        <w:t>填写目标、对象、背景、约束和验收。</w:t>
      </w:r>
    </w:p>
    <w:p>
      <w:r>
        <w:t>交付：一份五要素任务说明。检查：五要素均明确；缺失信息标明。</w:t>
      </w:r>
    </w:p>
    <w:p>
      <w:r>
        <w:t>□完成 □部分完成 □未开始   记录位置：</w:t>
      </w:r>
      <w:sdt>
        <w:sdtPr>
          <w:id w:val="101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第2天 让AI复述任务  约10分钟</w:t>
      </w:r>
    </w:p>
    <w:p>
      <w:r>
        <w:t>让AI复述五要素并指出信息缺项。</w:t>
      </w:r>
    </w:p>
    <w:p>
      <w:r>
        <w:t>交付：核对与修正记录。检查：有误解则修正；无误解则记录核对通过。</w:t>
      </w:r>
    </w:p>
    <w:p>
      <w:r>
        <w:t>□完成 □部分完成 □未开始   记录位置：</w:t>
      </w:r>
      <w:sdt>
        <w:sdtPr>
          <w:id w:val="101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第3天 把愿望改成任务  约15分钟</w:t>
      </w:r>
    </w:p>
    <w:p>
      <w:r>
        <w:t>将三个愿望改写为具体、可检查的任务。</w:t>
      </w:r>
    </w:p>
    <w:p>
      <w:r>
        <w:t>交付：三条任务描述。检查：能看出交付物及使用情境。</w:t>
      </w:r>
    </w:p>
    <w:p>
      <w:r>
        <w:t>□完成 □部分完成 □未开始   记录位置：</w:t>
      </w:r>
      <w:sdt>
        <w:sdtPr>
          <w:id w:val="101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第4天 明确限制条件  约10分钟</w:t>
      </w:r>
    </w:p>
    <w:p>
      <w:r>
        <w:t>为任务写出至少三条限制。</w:t>
      </w:r>
    </w:p>
    <w:p>
      <w:r>
        <w:t>交付：限制清单。检查：各条与真实任务相关，不填无意义限制。</w:t>
      </w:r>
    </w:p>
    <w:p>
      <w:r>
        <w:t>□完成 □部分完成 □未开始   记录位置：</w:t>
      </w:r>
      <w:sdt>
        <w:sdtPr>
          <w:id w:val="101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第5天 写清输出标准  约15分钟</w:t>
      </w:r>
    </w:p>
    <w:p>
      <w:r>
        <w:t>为一个AI输出写五条验收标准。</w:t>
      </w:r>
    </w:p>
    <w:p>
      <w:r>
        <w:t>交付：五条检查标准。检查：能够对照材料作出判断。</w:t>
      </w:r>
    </w:p>
    <w:p>
      <w:r>
        <w:t>□完成 □部分完成 □未开始   记录位置：</w:t>
      </w:r>
      <w:sdt>
        <w:sdtPr>
          <w:id w:val="101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1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第6至10天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第6天 完成小任务闭环  约25分钟</w:t>
      </w:r>
    </w:p>
    <w:p>
      <w:r>
        <w:t>保留指令、AI输出、人工修改和验收结果。</w:t>
      </w:r>
    </w:p>
    <w:p>
      <w:r>
        <w:t>交付：一份结果回执。检查：记录真实采用与未解决事项。</w:t>
      </w:r>
    </w:p>
    <w:p>
      <w:r>
        <w:t>□完成 □部分完成 □未开始   记录位置：</w:t>
      </w:r>
      <w:sdt>
        <w:sdtPr>
          <w:id w:val="102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第7天 完成第一周复盘  约15分钟</w:t>
      </w:r>
    </w:p>
    <w:p>
      <w:r>
        <w:t>回看最常忽略的要素、偏差原因和下周重点。</w:t>
      </w:r>
    </w:p>
    <w:p>
      <w:r>
        <w:t>交付：一项优先改进动作。检查：动作能用于下一次任务。</w:t>
      </w:r>
    </w:p>
    <w:p>
      <w:r>
        <w:t>□完成 □部分完成 □未开始   记录位置：</w:t>
      </w:r>
      <w:sdt>
        <w:sdtPr>
          <w:id w:val="102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第8天 调用总参谋  约15分钟</w:t>
      </w:r>
    </w:p>
    <w:p>
      <w:r>
        <w:t>选择中等复杂任务，只拆步骤，不写正文。</w:t>
      </w:r>
    </w:p>
    <w:p>
      <w:r>
        <w:t>交付：任务步骤清单。检查：每步有明确产出。</w:t>
      </w:r>
    </w:p>
    <w:p>
      <w:r>
        <w:t>□完成 □部分完成 □未开始   记录位置：</w:t>
      </w:r>
      <w:sdt>
        <w:sdtPr>
          <w:id w:val="102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第9天 调用资料员  约15分钟</w:t>
      </w:r>
    </w:p>
    <w:p>
      <w:r>
        <w:t>提供材料，提取事实、判断和待确认问题。</w:t>
      </w:r>
    </w:p>
    <w:p>
      <w:r>
        <w:t>交付：三类信息清单。检查：事实可回到输入材料核对。</w:t>
      </w:r>
    </w:p>
    <w:p>
      <w:r>
        <w:t>□完成 □部分完成 □未开始   记录位置：</w:t>
      </w:r>
      <w:sdt>
        <w:sdtPr>
          <w:id w:val="102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第10天 调用诊断员  约15分钟</w:t>
      </w:r>
    </w:p>
    <w:p>
      <w:r>
        <w:t>分析一个任务推进困难的原因。</w:t>
      </w:r>
    </w:p>
    <w:p>
      <w:r>
        <w:t>交付：现象与原因分析。检查：区分表面问题、可能根因及待验证判断。</w:t>
      </w:r>
    </w:p>
    <w:p>
      <w:r>
        <w:t>□完成 □部分完成 □未开始   记录位置：</w:t>
      </w:r>
      <w:sdt>
        <w:sdtPr>
          <w:id w:val="102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2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第11至15天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第11天 调用架构师  约15分钟</w:t>
      </w:r>
    </w:p>
    <w:p>
      <w:r>
        <w:t>为方案、文章或计划搭结构。</w:t>
      </w:r>
    </w:p>
    <w:p>
      <w:r>
        <w:t>交付：结构提纲。检查：产出是结构而非全文。</w:t>
      </w:r>
    </w:p>
    <w:p>
      <w:r>
        <w:t>□完成 □部分完成 □未开始   记录位置：</w:t>
      </w:r>
      <w:sdt>
        <w:sdtPr>
          <w:id w:val="103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第12天 调用执行写手  约20分钟</w:t>
      </w:r>
    </w:p>
    <w:p>
      <w:r>
        <w:t>在已有结构上生成初稿。</w:t>
      </w:r>
    </w:p>
    <w:p>
      <w:r>
        <w:t>交付：初稿。检查：不增加未确认内容。</w:t>
      </w:r>
    </w:p>
    <w:p>
      <w:r>
        <w:t>□完成 □部分完成 □未开始   记录位置：</w:t>
      </w:r>
      <w:sdt>
        <w:sdtPr>
          <w:id w:val="103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第13天 调用挑刺官  约15分钟</w:t>
      </w:r>
    </w:p>
    <w:p>
      <w:r>
        <w:t>要求逐项说明问题位置和依据。</w:t>
      </w:r>
    </w:p>
    <w:p>
      <w:r>
        <w:t>交付：有依据的修改清单。检查：未发现问题则说明检查范围，不凑数量。</w:t>
      </w:r>
    </w:p>
    <w:p>
      <w:r>
        <w:t>□完成 □部分完成 □未开始   记录位置：</w:t>
      </w:r>
      <w:sdt>
        <w:sdtPr>
          <w:id w:val="103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第14天 调用验收官  约20分钟</w:t>
      </w:r>
    </w:p>
    <w:p>
      <w:r>
        <w:t>用四道验收关检查本周输出。</w:t>
      </w:r>
    </w:p>
    <w:p>
      <w:r>
        <w:t>交付：四关检查记录。检查：AI意见与人的采用决定分开。</w:t>
      </w:r>
    </w:p>
    <w:p>
      <w:r>
        <w:t>□完成 □部分完成 □未开始   记录位置：</w:t>
      </w:r>
      <w:sdt>
        <w:sdtPr>
          <w:id w:val="103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第15天 选择真实项目  约10分钟</w:t>
      </w:r>
    </w:p>
    <w:p>
      <w:r>
        <w:t>选择文章、汇报、方案、计划或其他实际项目。</w:t>
      </w:r>
    </w:p>
    <w:p>
      <w:r>
        <w:t>交付：项目名称和交付物。检查：范围足够小，当前可推进。</w:t>
      </w:r>
    </w:p>
    <w:p>
      <w:r>
        <w:t>□完成 □部分完成 □未开始   记录位置：</w:t>
      </w:r>
      <w:sdt>
        <w:sdtPr>
          <w:id w:val="103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3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第16至20天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第16天 写项目作战指令  约15分钟</w:t>
      </w:r>
    </w:p>
    <w:p>
      <w:r>
        <w:t>填写目标、对象、背景、约束、验收。</w:t>
      </w:r>
    </w:p>
    <w:p>
      <w:r>
        <w:t>交付：完整指令。检查：明确材料与最终判断人。</w:t>
      </w:r>
    </w:p>
    <w:p>
      <w:r>
        <w:t>□完成 □部分完成 □未开始   记录位置：</w:t>
      </w:r>
      <w:sdt>
        <w:sdtPr>
          <w:id w:val="104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第17天 统筹并整理材料  约20分钟</w:t>
      </w:r>
    </w:p>
    <w:p>
      <w:r>
        <w:t>调用总参谋和资料员。</w:t>
      </w:r>
    </w:p>
    <w:p>
      <w:r>
        <w:t>交付：步骤与材料清单。检查：缺项明确，不以猜测补齐。</w:t>
      </w:r>
    </w:p>
    <w:p>
      <w:r>
        <w:t>□完成 □部分完成 □未开始   记录位置：</w:t>
      </w:r>
      <w:sdt>
        <w:sdtPr>
          <w:id w:val="104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第18天 诊断并搭建结构  约20分钟</w:t>
      </w:r>
    </w:p>
    <w:p>
      <w:r>
        <w:t>调用诊断员和架构师。</w:t>
      </w:r>
    </w:p>
    <w:p>
      <w:r>
        <w:t>交付：问题判断与项目结构。检查：判断注明依据和待确认前提。</w:t>
      </w:r>
    </w:p>
    <w:p>
      <w:r>
        <w:t>□完成 □部分完成 □未开始   记录位置：</w:t>
      </w:r>
      <w:sdt>
        <w:sdtPr>
          <w:id w:val="104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第19天 生成第一版  约25分钟</w:t>
      </w:r>
    </w:p>
    <w:p>
      <w:r>
        <w:t>按已确认材料和结构生成初稿。</w:t>
      </w:r>
    </w:p>
    <w:p>
      <w:r>
        <w:t>交付：可修改初稿。检查：标明版本，保留原稿。</w:t>
      </w:r>
    </w:p>
    <w:p>
      <w:r>
        <w:t>□完成 □部分完成 □未开始   记录位置：</w:t>
      </w:r>
      <w:sdt>
        <w:sdtPr>
          <w:id w:val="104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第20天 修改第一版  约25分钟</w:t>
      </w:r>
    </w:p>
    <w:p>
      <w:r>
        <w:t>让挑刺官检查，再由人选择修订项。</w:t>
      </w:r>
    </w:p>
    <w:p>
      <w:r>
        <w:t>交付：问题清单及修订稿。检查：保留修改理由，不虚构缺陷。</w:t>
      </w:r>
    </w:p>
    <w:p>
      <w:r>
        <w:t>□完成 □部分完成 □未开始   记录位置：</w:t>
      </w:r>
      <w:sdt>
        <w:sdtPr>
          <w:id w:val="104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4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第21至25天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第21天 完成交付检查  约25分钟</w:t>
      </w:r>
    </w:p>
    <w:p>
      <w:r>
        <w:t>调用验收官，人工核对后记录采用决定。</w:t>
      </w:r>
    </w:p>
    <w:p>
      <w:r>
        <w:t>交付：最终版本和结果回执。检查：待反馈不得写成已获认可。</w:t>
      </w:r>
    </w:p>
    <w:p>
      <w:r>
        <w:t>□完成 □部分完成 □未开始   记录位置：</w:t>
      </w:r>
      <w:sdt>
        <w:sdtPr>
          <w:id w:val="105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第22天 选择高频任务  约10分钟</w:t>
      </w:r>
    </w:p>
    <w:p>
      <w:r>
        <w:t>整理最常用的邮件、总结、会议或方案任务。</w:t>
      </w:r>
    </w:p>
    <w:p>
      <w:r>
        <w:t>交付：一个高频任务。检查：有真实使用需要。</w:t>
      </w:r>
    </w:p>
    <w:p>
      <w:r>
        <w:t>□完成 □部分完成 □未开始   记录位置：</w:t>
      </w:r>
      <w:sdt>
        <w:sdtPr>
          <w:id w:val="105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第23天 设计固定流程  约15分钟</w:t>
      </w:r>
    </w:p>
    <w:p>
      <w:r>
        <w:t>将任务写成三至七步。</w:t>
      </w:r>
    </w:p>
    <w:p>
      <w:r>
        <w:t>交付：流程清单。检查：输入、产出和顺序可理解。</w:t>
      </w:r>
    </w:p>
    <w:p>
      <w:r>
        <w:t>□完成 □部分完成 □未开始   记录位置：</w:t>
      </w:r>
      <w:sdt>
        <w:sdtPr>
          <w:id w:val="105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第24天 配置角色与判断人  约15分钟</w:t>
      </w:r>
    </w:p>
    <w:p>
      <w:r>
        <w:t>只在适合AI的步骤配置角色。</w:t>
      </w:r>
    </w:p>
    <w:p>
      <w:r>
        <w:t>交付：分工与人类判断节点。检查：每步负责人明确，不强行全部自动化。</w:t>
      </w:r>
    </w:p>
    <w:p>
      <w:r>
        <w:t>□完成 □部分完成 □未开始   记录位置：</w:t>
      </w:r>
      <w:sdt>
        <w:sdtPr>
          <w:id w:val="105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第25天 建立固定指令  约15分钟</w:t>
      </w:r>
    </w:p>
    <w:p>
      <w:r>
        <w:t>将已有效的方法整理为可复制指令。</w:t>
      </w:r>
    </w:p>
    <w:p>
      <w:r>
        <w:t>交付：指令模板。检查：可替换事实，保留边界和验收。</w:t>
      </w:r>
    </w:p>
    <w:p>
      <w:r>
        <w:t>□完成 □部分完成 □未开始   记录位置：</w:t>
      </w:r>
      <w:sdt>
        <w:sdtPr>
          <w:id w:val="105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59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06 30天训练 第26至30天</w:t>
      </w:r>
    </w:p>
    <w:p>
      <w:r>
        <w:t>每日任务依据附录六整理  建议用时与复盘问题为配套新增</w:t>
      </w:r>
    </w:p>
    <w:p>
      <w:pPr>
        <w:pStyle w:val="Heading2"/>
      </w:pPr>
      <w:r>
        <w:t>第26天 运行一次完整流程  约30分钟</w:t>
      </w:r>
    </w:p>
    <w:p>
      <w:r>
        <w:t>用模板完成一次真实任务。</w:t>
      </w:r>
    </w:p>
    <w:p>
      <w:r>
        <w:t>交付：输出与过程记录。检查：核对实际流程，保留异常。</w:t>
      </w:r>
    </w:p>
    <w:p>
      <w:r>
        <w:t>□完成 □部分完成 □未开始   记录位置：</w:t>
      </w:r>
      <w:sdt>
        <w:sdtPr>
          <w:id w:val="1060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1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第27天 检查流程问题  约15分钟</w:t>
      </w:r>
    </w:p>
    <w:p>
      <w:r>
        <w:t>记录实际发现的问题及依据。</w:t>
      </w:r>
    </w:p>
    <w:p>
      <w:r>
        <w:t>交付：优先修改项。检查：选择最影响结果的一项，不凑数量。</w:t>
      </w:r>
    </w:p>
    <w:p>
      <w:r>
        <w:t>□完成 □部分完成 □未开始   记录位置：</w:t>
      </w:r>
      <w:sdt>
        <w:sdtPr>
          <w:id w:val="1062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3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第28天 修订流程与模板  约20分钟</w:t>
      </w:r>
    </w:p>
    <w:p>
      <w:r>
        <w:t>根据实际问题做局部改进。</w:t>
      </w:r>
    </w:p>
    <w:p>
      <w:r>
        <w:t>交付：第二版流程。检查：说明相对前版改了什么。</w:t>
      </w:r>
    </w:p>
    <w:p>
      <w:r>
        <w:t>□完成 □部分完成 □未开始   记录位置：</w:t>
      </w:r>
      <w:sdt>
        <w:sdtPr>
          <w:id w:val="1064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5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第29天 建立个人角色库  约20分钟</w:t>
      </w:r>
    </w:p>
    <w:p>
      <w:r>
        <w:t>整理总参谋、资料员、诊断员、架构师、执行写手、挑刺官、验收官。</w:t>
      </w:r>
    </w:p>
    <w:p>
      <w:r>
        <w:t>交付：角色职责库。检查：写清负责与不负责；使用时按需选择。</w:t>
      </w:r>
    </w:p>
    <w:p>
      <w:r>
        <w:t>□完成 □部分完成 □未开始   记录位置：</w:t>
      </w:r>
      <w:sdt>
        <w:sdtPr>
          <w:id w:val="1066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7"/>
          <w:text w:multiLine="1"/>
        </w:sdtPr>
        <w:sdtContent>
          <w:r>
            <w:t>[点击填写]</w:t>
          </w:r>
        </w:sdtContent>
      </w:sdt>
    </w:p>
    <w:p>
      <w:pPr>
        <w:pStyle w:val="Heading2"/>
      </w:pPr>
      <w:r>
        <w:t>第30天 完成30天总复盘  约20分钟</w:t>
      </w:r>
    </w:p>
    <w:p>
      <w:r>
        <w:t>回看常用任务、有效指令、改进项、已有模板与下一项系统化任务。</w:t>
      </w:r>
    </w:p>
    <w:p>
      <w:r>
        <w:t>交付：总复盘与下一步。检查：只保留实际用过且有帮助的做法。</w:t>
      </w:r>
    </w:p>
    <w:p>
      <w:r>
        <w:t>□完成 □部分完成 □未开始   记录位置：</w:t>
      </w:r>
      <w:sdt>
        <w:sdtPr>
          <w:id w:val="1068"/>
          <w:text w:multiLine="1"/>
        </w:sdtPr>
        <w:sdtContent>
          <w:r>
            <w:t>[点击填写]</w:t>
          </w:r>
        </w:sdtContent>
      </w:sdt>
    </w:p>
    <w:p>
      <w:r>
        <w:t>复盘：本次哪里需要我判断？下次先改什么？</w:t>
      </w:r>
      <w:sdt>
        <w:sdtPr>
          <w:id w:val="1069"/>
          <w:text w:multiLine="1"/>
        </w:sdtPr>
        <w:sdtContent>
          <w:r>
            <w:t>[点击填写]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